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E50C1" w14:textId="77777777" w:rsidR="00A16810" w:rsidRDefault="00000000">
      <w:pPr>
        <w:spacing w:after="80"/>
        <w:jc w:val="center"/>
      </w:pPr>
      <w:r>
        <w:rPr>
          <w:b/>
          <w:color w:val="1B365D"/>
          <w:sz w:val="32"/>
        </w:rPr>
        <w:t>FORMULÁR NA ODSTÚPENIE OD ZMLUVY</w:t>
      </w:r>
    </w:p>
    <w:p w14:paraId="163CED7C" w14:textId="77777777" w:rsidR="00A16810" w:rsidRDefault="00000000">
      <w:pPr>
        <w:spacing w:after="480"/>
        <w:jc w:val="center"/>
      </w:pPr>
      <w:r>
        <w:rPr>
          <w:i/>
          <w:color w:val="666666"/>
          <w:sz w:val="20"/>
        </w:rPr>
        <w:t>(Vyplňte a zašlite tento formulár, len ak si želáte odstúpiť od zmluvy)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A16810" w14:paraId="5CF78F1E" w14:textId="77777777">
        <w:trPr>
          <w:jc w:val="center"/>
        </w:trPr>
        <w:tc>
          <w:tcPr>
            <w:tcW w:w="9360" w:type="dxa"/>
            <w:tcBorders>
              <w:left w:val="single" w:sz="24" w:space="0" w:color="1B365D"/>
            </w:tcBorders>
            <w:shd w:val="clear" w:color="auto" w:fill="F4F6F8"/>
          </w:tcPr>
          <w:p w14:paraId="26FC35C0" w14:textId="6097C58C" w:rsidR="00C57A12" w:rsidRDefault="00000000" w:rsidP="00C57A12">
            <w:r>
              <w:rPr>
                <w:b/>
                <w:color w:val="666666"/>
              </w:rPr>
              <w:t>Adresát:</w:t>
            </w:r>
            <w:r>
              <w:rPr>
                <w:b/>
                <w:color w:val="666666"/>
              </w:rPr>
              <w:br/>
            </w:r>
            <w:r>
              <w:rPr>
                <w:b/>
                <w:color w:val="1B365D"/>
                <w:sz w:val="24"/>
              </w:rPr>
              <w:t>123servis s.r.o.</w:t>
            </w:r>
            <w:r>
              <w:rPr>
                <w:b/>
                <w:color w:val="1B365D"/>
                <w:sz w:val="24"/>
              </w:rPr>
              <w:br/>
            </w:r>
            <w:r>
              <w:t>Sídlo: Andreja Pavču 279/3, 027 32 Habovka</w:t>
            </w:r>
            <w:r>
              <w:br/>
              <w:t>IČO: 50 286 811 | IČ DPH: SK2120269272</w:t>
            </w:r>
            <w:r>
              <w:br/>
              <w:t>Zápis: Obchodný register Okresného súdu Žilina, oddiel: Sro, vložka č. 65487/L</w:t>
            </w:r>
            <w:r>
              <w:br/>
              <w:t xml:space="preserve">Tel: +421 948 45 46 46 | E-mail: </w:t>
            </w:r>
            <w:hyperlink r:id="rId6" w:history="1">
              <w:r w:rsidR="00C57A12" w:rsidRPr="00A6004A">
                <w:rPr>
                  <w:rStyle w:val="Hypertextovprepojenie"/>
                </w:rPr>
                <w:t>123servis.info@gmail.com</w:t>
              </w:r>
            </w:hyperlink>
          </w:p>
          <w:p w14:paraId="3A6F5AB4" w14:textId="0FDABE9B" w:rsidR="00A16810" w:rsidRPr="00C57A12" w:rsidRDefault="00C57A12" w:rsidP="00C57A12">
            <w:r>
              <w:t>Adresa prevádzky: 123servis s.r.o., Šuľany 84, 930 33 Horný bar</w:t>
            </w:r>
            <w:r w:rsidR="00000000">
              <w:br/>
            </w:r>
          </w:p>
        </w:tc>
      </w:tr>
    </w:tbl>
    <w:p w14:paraId="203A6909" w14:textId="77777777" w:rsidR="00A16810" w:rsidRDefault="00A16810">
      <w:pPr>
        <w:spacing w:after="240"/>
      </w:pPr>
    </w:p>
    <w:p w14:paraId="7BDC50C3" w14:textId="77777777" w:rsidR="00A16810" w:rsidRDefault="00000000">
      <w:pPr>
        <w:spacing w:after="360" w:line="288" w:lineRule="auto"/>
      </w:pPr>
      <w:r>
        <w:t>Týmto oznamujem/oznamujeme*, že odstupujem/odstupujeme* od zmluvy o dodaní alebo poskytnutí tohto produktu:</w:t>
      </w:r>
    </w:p>
    <w:p w14:paraId="4E134884" w14:textId="77777777" w:rsidR="00A16810" w:rsidRDefault="00000000">
      <w:pPr>
        <w:spacing w:before="160" w:after="320"/>
      </w:pPr>
      <w:r>
        <w:rPr>
          <w:b/>
          <w:sz w:val="21"/>
        </w:rPr>
        <w:t>Označenie tovaru / služby:</w:t>
      </w:r>
      <w:r>
        <w:rPr>
          <w:color w:val="BBBBBB"/>
        </w:rPr>
        <w:br/>
        <w:t>...........................................................................</w:t>
      </w:r>
    </w:p>
    <w:p w14:paraId="54D1DD93" w14:textId="77777777" w:rsidR="00A16810" w:rsidRDefault="00000000">
      <w:pPr>
        <w:spacing w:before="160" w:after="320"/>
      </w:pPr>
      <w:r>
        <w:rPr>
          <w:b/>
          <w:sz w:val="21"/>
        </w:rPr>
        <w:t>Dátum objednania / dátum prijatia*:</w:t>
      </w:r>
      <w:r>
        <w:rPr>
          <w:color w:val="BBBBBB"/>
        </w:rPr>
        <w:br/>
        <w:t>...........................................................................</w:t>
      </w:r>
    </w:p>
    <w:p w14:paraId="122E2047" w14:textId="77777777" w:rsidR="00A16810" w:rsidRDefault="00000000">
      <w:pPr>
        <w:spacing w:before="160" w:after="320"/>
      </w:pPr>
      <w:r>
        <w:rPr>
          <w:b/>
          <w:sz w:val="21"/>
        </w:rPr>
        <w:t>Meno a priezvisko spotrebiteľa/spotrebiteľov*:</w:t>
      </w:r>
      <w:r>
        <w:rPr>
          <w:color w:val="BBBBBB"/>
        </w:rPr>
        <w:br/>
        <w:t>...........................................................................</w:t>
      </w:r>
    </w:p>
    <w:p w14:paraId="0E990F66" w14:textId="77777777" w:rsidR="00A16810" w:rsidRDefault="00000000">
      <w:pPr>
        <w:spacing w:before="160" w:after="320"/>
      </w:pPr>
      <w:r>
        <w:rPr>
          <w:b/>
          <w:sz w:val="21"/>
        </w:rPr>
        <w:t>Adresa spotrebiteľa/spotrebiteľov*:</w:t>
      </w:r>
      <w:r>
        <w:rPr>
          <w:color w:val="BBBBBB"/>
        </w:rPr>
        <w:br/>
        <w:t>...........................................................................</w:t>
      </w:r>
    </w:p>
    <w:p w14:paraId="20F07A19" w14:textId="77777777" w:rsidR="00A16810" w:rsidRDefault="00A16810">
      <w:pPr>
        <w:spacing w:after="2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4680"/>
      </w:tblGrid>
      <w:tr w:rsidR="00A16810" w14:paraId="7021D5D8" w14:textId="77777777">
        <w:trPr>
          <w:jc w:val="center"/>
        </w:trPr>
        <w:tc>
          <w:tcPr>
            <w:tcW w:w="4680" w:type="dxa"/>
          </w:tcPr>
          <w:p w14:paraId="4488D3D8" w14:textId="77777777" w:rsidR="00A16810" w:rsidRDefault="00000000">
            <w:pPr>
              <w:spacing w:after="80"/>
            </w:pPr>
            <w:r>
              <w:rPr>
                <w:sz w:val="21"/>
              </w:rPr>
              <w:t>Dátum:</w:t>
            </w:r>
            <w:r>
              <w:rPr>
                <w:sz w:val="21"/>
              </w:rPr>
              <w:br/>
            </w:r>
            <w:r>
              <w:rPr>
                <w:sz w:val="21"/>
              </w:rPr>
              <w:br/>
              <w:t>.......................................................</w:t>
            </w:r>
          </w:p>
        </w:tc>
        <w:tc>
          <w:tcPr>
            <w:tcW w:w="4680" w:type="dxa"/>
          </w:tcPr>
          <w:p w14:paraId="5033D93D" w14:textId="77777777" w:rsidR="00A16810" w:rsidRDefault="00000000">
            <w:pPr>
              <w:spacing w:after="80"/>
            </w:pPr>
            <w:r>
              <w:rPr>
                <w:sz w:val="21"/>
              </w:rPr>
              <w:t>Podpis spotrebiteľa/spotrebiteľov*</w:t>
            </w:r>
            <w:r>
              <w:rPr>
                <w:sz w:val="21"/>
              </w:rPr>
              <w:br/>
              <w:t>(iba ak sa tento formulár podáva v listinnej podobe):</w:t>
            </w:r>
            <w:r>
              <w:rPr>
                <w:sz w:val="21"/>
              </w:rPr>
              <w:br/>
            </w:r>
            <w:r>
              <w:rPr>
                <w:sz w:val="21"/>
              </w:rPr>
              <w:br/>
              <w:t>.......................................................</w:t>
            </w:r>
          </w:p>
        </w:tc>
      </w:tr>
    </w:tbl>
    <w:p w14:paraId="5D15B3C2" w14:textId="77777777" w:rsidR="00A16810" w:rsidRDefault="00A16810">
      <w:pPr>
        <w:spacing w:after="480"/>
      </w:pPr>
    </w:p>
    <w:p w14:paraId="249DEFB9" w14:textId="77777777" w:rsidR="00A16810" w:rsidRDefault="00000000">
      <w:pPr>
        <w:spacing w:before="480"/>
      </w:pPr>
      <w:r>
        <w:rPr>
          <w:i/>
          <w:color w:val="777777"/>
          <w:sz w:val="19"/>
        </w:rPr>
        <w:t>* Nehodiace sa prečiarknite.</w:t>
      </w:r>
    </w:p>
    <w:sectPr w:rsidR="00A16810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9547694">
    <w:abstractNumId w:val="8"/>
  </w:num>
  <w:num w:numId="2" w16cid:durableId="878132057">
    <w:abstractNumId w:val="6"/>
  </w:num>
  <w:num w:numId="3" w16cid:durableId="1886484898">
    <w:abstractNumId w:val="5"/>
  </w:num>
  <w:num w:numId="4" w16cid:durableId="1494375506">
    <w:abstractNumId w:val="4"/>
  </w:num>
  <w:num w:numId="5" w16cid:durableId="1195924138">
    <w:abstractNumId w:val="7"/>
  </w:num>
  <w:num w:numId="6" w16cid:durableId="628126751">
    <w:abstractNumId w:val="3"/>
  </w:num>
  <w:num w:numId="7" w16cid:durableId="945694174">
    <w:abstractNumId w:val="2"/>
  </w:num>
  <w:num w:numId="8" w16cid:durableId="2123761150">
    <w:abstractNumId w:val="1"/>
  </w:num>
  <w:num w:numId="9" w16cid:durableId="752433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43A4"/>
    <w:rsid w:val="005C24F3"/>
    <w:rsid w:val="00A16810"/>
    <w:rsid w:val="00AA1D8D"/>
    <w:rsid w:val="00B47730"/>
    <w:rsid w:val="00C57A12"/>
    <w:rsid w:val="00CB0664"/>
    <w:rsid w:val="00F75F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2293E3"/>
  <w14:defaultImageDpi w14:val="300"/>
  <w15:docId w15:val="{C61BF89B-B69A-4BEC-ABCD-7287B8E3A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Calibri" w:hAnsi="Calibri"/>
      <w:color w:val="333333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C57A12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57A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123servis.info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Autoradia Bratislava</cp:lastModifiedBy>
  <cp:revision>5</cp:revision>
  <dcterms:created xsi:type="dcterms:W3CDTF">2013-12-23T23:15:00Z</dcterms:created>
  <dcterms:modified xsi:type="dcterms:W3CDTF">2026-08-30T08:07:00Z</dcterms:modified>
  <cp:category/>
</cp:coreProperties>
</file>